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4D48D" w14:textId="5A70F3C3" w:rsidR="00CB0687" w:rsidRDefault="00646E09">
      <w:pPr>
        <w:spacing w:after="40"/>
        <w:jc w:val="center"/>
      </w:pPr>
      <w:r>
        <w:rPr>
          <w:b/>
          <w:color w:val="003366"/>
          <w:sz w:val="40"/>
        </w:rPr>
        <w:t>ŠKOLNÍ ŘÁD DO KAPSY</w:t>
      </w:r>
      <w:r w:rsidR="00C75E20">
        <w:rPr>
          <w:b/>
          <w:color w:val="003366"/>
          <w:sz w:val="40"/>
        </w:rPr>
        <w:t xml:space="preserve"> (PRO RODIČE)</w:t>
      </w:r>
    </w:p>
    <w:p w14:paraId="788AD938" w14:textId="77777777" w:rsidR="00CB0687" w:rsidRDefault="00646E09">
      <w:pPr>
        <w:spacing w:after="360"/>
        <w:jc w:val="center"/>
      </w:pPr>
      <w:r>
        <w:rPr>
          <w:i/>
        </w:rPr>
        <w:t>ZŠ Jana Amose Komenského, Karlovy Vary (platnost od 1. 9. 2026)</w:t>
      </w:r>
    </w:p>
    <w:p w14:paraId="01BC3BCC" w14:textId="77777777" w:rsidR="00CB0687" w:rsidRDefault="00646E09">
      <w:pPr>
        <w:keepNext/>
        <w:spacing w:before="280" w:after="120"/>
      </w:pPr>
      <w:r>
        <w:rPr>
          <w:b/>
          <w:color w:val="003366"/>
          <w:sz w:val="32"/>
        </w:rPr>
        <w:t>STRANA 1: PRÁVA, POVINNOSTI A KOMUNIKACE</w:t>
      </w:r>
    </w:p>
    <w:p w14:paraId="2D4EBDBA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Vaše práva jako zákonných zástupců</w:t>
      </w:r>
    </w:p>
    <w:p w14:paraId="40D16064" w14:textId="77777777" w:rsidR="00CB0687" w:rsidRDefault="00646E09">
      <w:pPr>
        <w:pStyle w:val="Seznamsodrkami"/>
        <w:spacing w:after="60"/>
      </w:pPr>
      <w:r>
        <w:rPr>
          <w:b/>
        </w:rPr>
        <w:t xml:space="preserve">Informace o vzdělávání: </w:t>
      </w:r>
      <w:r>
        <w:t>Máte právo na pravidelné informace o průběhu a výsledcích vzdělávání vašeho dítěte (přes elektronický systém).</w:t>
      </w:r>
    </w:p>
    <w:p w14:paraId="3B6BA250" w14:textId="57601606" w:rsidR="00CB0687" w:rsidRDefault="00646E09">
      <w:pPr>
        <w:pStyle w:val="Seznamsodrkami"/>
        <w:spacing w:after="60"/>
      </w:pPr>
      <w:r>
        <w:rPr>
          <w:b/>
        </w:rPr>
        <w:t xml:space="preserve">Konzultace s pedagogy: </w:t>
      </w:r>
      <w:r>
        <w:t xml:space="preserve">Můžete po předchozí domluvě konzultovat vzdělávací a výchovné </w:t>
      </w:r>
      <w:proofErr w:type="spellStart"/>
      <w:r>
        <w:t>otázky</w:t>
      </w:r>
      <w:proofErr w:type="spellEnd"/>
      <w:r>
        <w:t xml:space="preserve"> s </w:t>
      </w:r>
      <w:proofErr w:type="spellStart"/>
      <w:r>
        <w:t>učiteli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školským</w:t>
      </w:r>
      <w:proofErr w:type="spellEnd"/>
      <w:r>
        <w:t xml:space="preserve"> </w:t>
      </w:r>
      <w:proofErr w:type="spellStart"/>
      <w:r>
        <w:t>poradenským</w:t>
      </w:r>
      <w:proofErr w:type="spellEnd"/>
      <w:r>
        <w:t xml:space="preserve"> </w:t>
      </w:r>
      <w:proofErr w:type="spellStart"/>
      <w:r w:rsidR="009B10CE">
        <w:t>pracovištěm</w:t>
      </w:r>
      <w:proofErr w:type="spellEnd"/>
      <w:r>
        <w:t>.</w:t>
      </w:r>
    </w:p>
    <w:p w14:paraId="2B3EA391" w14:textId="77777777" w:rsidR="00CB0687" w:rsidRDefault="00646E09">
      <w:pPr>
        <w:pStyle w:val="Seznamsodrkami"/>
        <w:spacing w:after="60"/>
      </w:pPr>
      <w:r>
        <w:rPr>
          <w:b/>
        </w:rPr>
        <w:t xml:space="preserve">Individuální plán: </w:t>
      </w:r>
      <w:r>
        <w:t>Máte právo písemně požádat ředitele školy o povolení vzdělávání podle individuálního vzdělávacího plánu (IVP).</w:t>
      </w:r>
    </w:p>
    <w:p w14:paraId="1D15B69D" w14:textId="77777777" w:rsidR="00CB0687" w:rsidRDefault="00646E09">
      <w:pPr>
        <w:pStyle w:val="Seznamsodrkami"/>
        <w:spacing w:after="60"/>
      </w:pPr>
      <w:r>
        <w:rPr>
          <w:b/>
        </w:rPr>
        <w:t xml:space="preserve">Řešení problémů: </w:t>
      </w:r>
      <w:r>
        <w:t>Škola vám garantuje korektní jednání a právo být informováni o všech opatřeních přijatých v souvislosti s chováním vašeho dítěte.</w:t>
      </w:r>
    </w:p>
    <w:p w14:paraId="650B5CB4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Vaše hlavní povinnosti</w:t>
      </w:r>
    </w:p>
    <w:p w14:paraId="7FF06404" w14:textId="77777777" w:rsidR="00CB0687" w:rsidRDefault="00646E09">
      <w:pPr>
        <w:pStyle w:val="Seznamsodrkami"/>
        <w:spacing w:after="60"/>
      </w:pPr>
      <w:r>
        <w:rPr>
          <w:b/>
        </w:rPr>
        <w:t xml:space="preserve">Řádná docházka: </w:t>
      </w:r>
      <w:r>
        <w:t>Jste povinni zajistit, aby vaše dítě docházelo do školy pravidelně, včas (v učebně do 7:55) a řádně připravené.</w:t>
      </w:r>
    </w:p>
    <w:p w14:paraId="4439EC9B" w14:textId="77777777" w:rsidR="00CB0687" w:rsidRDefault="00646E09">
      <w:pPr>
        <w:pStyle w:val="Seznamsodrkami"/>
        <w:spacing w:after="60"/>
      </w:pPr>
      <w:r>
        <w:rPr>
          <w:b/>
        </w:rPr>
        <w:t xml:space="preserve">Projednání záležitostí: </w:t>
      </w:r>
      <w:r>
        <w:t>Na vyzvání ředitele školy nebo pedagogů jste povinni se osobně zúčastnit projednání závažných otázek vzdělávání či chování.</w:t>
      </w:r>
    </w:p>
    <w:p w14:paraId="7D36D996" w14:textId="77777777" w:rsidR="00CB0687" w:rsidRDefault="00646E09">
      <w:pPr>
        <w:pStyle w:val="Seznamsodrkami"/>
        <w:spacing w:after="60"/>
      </w:pPr>
      <w:r>
        <w:rPr>
          <w:b/>
        </w:rPr>
        <w:t xml:space="preserve">Zdravotní informace: </w:t>
      </w:r>
      <w:r>
        <w:t>Musíte školu informovat o změnách zdravotní způsobilosti, zdravotních obtížích dítěte nebo jiných závažných faktech majících vliv na výuku.</w:t>
      </w:r>
    </w:p>
    <w:p w14:paraId="3C46432F" w14:textId="77777777" w:rsidR="00CB0687" w:rsidRDefault="00646E09">
      <w:pPr>
        <w:pStyle w:val="Seznamsodrkami"/>
        <w:spacing w:after="60"/>
      </w:pPr>
      <w:r>
        <w:rPr>
          <w:b/>
        </w:rPr>
        <w:t xml:space="preserve">Aktualizace údajů: </w:t>
      </w:r>
      <w:r>
        <w:t>Jste povinni včas oznamovat škole změny v osobních údajích (podstatných pro matriku, bezpečnost nebo kontakt).</w:t>
      </w:r>
    </w:p>
    <w:p w14:paraId="6E8C26EE" w14:textId="77777777" w:rsidR="00CB0687" w:rsidRDefault="00646E09">
      <w:pPr>
        <w:pStyle w:val="Seznamsodrkami"/>
        <w:spacing w:after="60"/>
      </w:pPr>
      <w:r>
        <w:rPr>
          <w:b/>
        </w:rPr>
        <w:t xml:space="preserve">Domácí příprava: </w:t>
      </w:r>
      <w:r>
        <w:t>Máte povinnost dbát na přípravu dítěte do školy, pravidelně kontrolovat jeho práci, sledovat hodnocení a elektronický systém.</w:t>
      </w:r>
    </w:p>
    <w:p w14:paraId="11BE75E5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Pravidla komunikace se školou</w:t>
      </w:r>
    </w:p>
    <w:p w14:paraId="52BD885D" w14:textId="77777777" w:rsidR="00CB0687" w:rsidRDefault="00646E09">
      <w:pPr>
        <w:pStyle w:val="Seznamsodrkami"/>
        <w:spacing w:after="60"/>
      </w:pPr>
      <w:r>
        <w:rPr>
          <w:b/>
        </w:rPr>
        <w:t xml:space="preserve">Hlavní komunikační kanál: </w:t>
      </w:r>
      <w:r>
        <w:t>Komunikace probíhá věcně a slušně, primárně výhradně prostřednictvím školního informačního systému.</w:t>
      </w:r>
    </w:p>
    <w:p w14:paraId="4C253E23" w14:textId="77777777" w:rsidR="00CB0687" w:rsidRDefault="00646E09">
      <w:pPr>
        <w:pStyle w:val="Seznamsodrkami"/>
        <w:spacing w:after="60"/>
      </w:pPr>
      <w:r>
        <w:rPr>
          <w:b/>
        </w:rPr>
        <w:t xml:space="preserve">Lhůta pro odpověď: </w:t>
      </w:r>
      <w:r>
        <w:t>Vyučující reagují na vaše zprávy v informačním systému zpravidla do 2 pracovních dnů. Respektujte prosím jejich pracovní dobu.</w:t>
      </w:r>
    </w:p>
    <w:p w14:paraId="4BCDA333" w14:textId="77777777" w:rsidR="00CB0687" w:rsidRDefault="00646E09">
      <w:pPr>
        <w:pStyle w:val="Seznamsodrkami"/>
        <w:spacing w:after="60"/>
      </w:pPr>
      <w:r>
        <w:rPr>
          <w:b/>
        </w:rPr>
        <w:t xml:space="preserve">Konzultační hodiny: </w:t>
      </w:r>
      <w:r>
        <w:t>Osobní schůzky probíhají výhradně v konzultačních hodinách školy, na třídních/tripartitních schůzkách nebo v předem dohodnutém termínu.</w:t>
      </w:r>
    </w:p>
    <w:p w14:paraId="2AFAB73E" w14:textId="77777777" w:rsidR="00CB0687" w:rsidRDefault="00646E09">
      <w:r>
        <w:br w:type="page"/>
      </w:r>
    </w:p>
    <w:p w14:paraId="6F548596" w14:textId="0830D477" w:rsidR="00CB0687" w:rsidRDefault="00646E09">
      <w:pPr>
        <w:keepNext/>
        <w:spacing w:before="280" w:after="120"/>
      </w:pPr>
      <w:r>
        <w:rPr>
          <w:b/>
          <w:color w:val="003366"/>
          <w:sz w:val="32"/>
        </w:rPr>
        <w:lastRenderedPageBreak/>
        <w:t>STRANA 2: ABSENCE</w:t>
      </w:r>
      <w:r w:rsidR="007B42BC">
        <w:rPr>
          <w:b/>
          <w:color w:val="003366"/>
          <w:sz w:val="32"/>
        </w:rPr>
        <w:t xml:space="preserve"> A</w:t>
      </w:r>
      <w:r>
        <w:rPr>
          <w:b/>
          <w:color w:val="003366"/>
          <w:sz w:val="32"/>
        </w:rPr>
        <w:t xml:space="preserve"> PROVOZ </w:t>
      </w:r>
      <w:bookmarkStart w:id="0" w:name="_GoBack"/>
      <w:bookmarkEnd w:id="0"/>
    </w:p>
    <w:p w14:paraId="1895B0F3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Vstup do budovy a návštěvy</w:t>
      </w:r>
    </w:p>
    <w:p w14:paraId="41B20BA8" w14:textId="77777777" w:rsidR="00CB0687" w:rsidRDefault="00646E09">
      <w:pPr>
        <w:pStyle w:val="Seznamsodrkami"/>
        <w:spacing w:after="60"/>
      </w:pPr>
      <w:r>
        <w:rPr>
          <w:b/>
        </w:rPr>
        <w:t xml:space="preserve">Uzamčená budova: </w:t>
      </w:r>
      <w:r>
        <w:t>Z bezpečnostních důvodů je budova trvale uzamčena (s výjimkou hromadných akcí).</w:t>
      </w:r>
    </w:p>
    <w:p w14:paraId="6675FA67" w14:textId="77777777" w:rsidR="00CB0687" w:rsidRDefault="00646E09">
      <w:pPr>
        <w:pStyle w:val="Seznamsodrkami"/>
        <w:spacing w:after="60"/>
      </w:pPr>
      <w:r>
        <w:rPr>
          <w:b/>
        </w:rPr>
        <w:t xml:space="preserve">Pravidla pro návštěvy: </w:t>
      </w:r>
      <w:r>
        <w:t>Vstup do školy je možný pouze hlavním vchodem na základě předchozí domluvy. Každá návštěva se musí zapsat do knihy návštěv na vrátnici a nosit viditelnou cedulku.</w:t>
      </w:r>
    </w:p>
    <w:p w14:paraId="57144178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Omlouvání a uvolňování žáků z vyučování</w:t>
      </w:r>
    </w:p>
    <w:p w14:paraId="3F2082B1" w14:textId="77777777" w:rsidR="00CB0687" w:rsidRDefault="00646E09">
      <w:pPr>
        <w:pStyle w:val="Seznamsodrkami"/>
        <w:spacing w:after="60"/>
      </w:pPr>
      <w:proofErr w:type="spellStart"/>
      <w:r>
        <w:rPr>
          <w:b/>
        </w:rPr>
        <w:t>Doložení</w:t>
      </w:r>
      <w:proofErr w:type="spellEnd"/>
      <w:r>
        <w:rPr>
          <w:b/>
        </w:rPr>
        <w:t xml:space="preserve"> absence: </w:t>
      </w:r>
      <w:proofErr w:type="spellStart"/>
      <w:r>
        <w:t>Důvody</w:t>
      </w:r>
      <w:proofErr w:type="spellEnd"/>
      <w:r>
        <w:t xml:space="preserve"> </w:t>
      </w:r>
      <w:proofErr w:type="spellStart"/>
      <w:r>
        <w:t>nepřítomnosti</w:t>
      </w:r>
      <w:proofErr w:type="spellEnd"/>
      <w:r>
        <w:t xml:space="preserve"> musíte doložit výhradně přes školní informační systém (nebo telefonicky) nejpozději do 3 kalendářních dnů od začátku absence. Po návratu ji do 2 vyučovacích dnů písemně uzavřít.</w:t>
      </w:r>
    </w:p>
    <w:p w14:paraId="5D42A1EE" w14:textId="77777777" w:rsidR="00CB0687" w:rsidRDefault="00646E09">
      <w:pPr>
        <w:pStyle w:val="Seznamsodrkami"/>
        <w:spacing w:after="60"/>
      </w:pPr>
      <w:proofErr w:type="spellStart"/>
      <w:r>
        <w:rPr>
          <w:b/>
        </w:rPr>
        <w:t>Podezření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zanedbávání</w:t>
      </w:r>
      <w:proofErr w:type="spellEnd"/>
      <w:r>
        <w:rPr>
          <w:b/>
        </w:rPr>
        <w:t xml:space="preserve">: </w:t>
      </w:r>
      <w:proofErr w:type="spellStart"/>
      <w:r>
        <w:t>Při</w:t>
      </w:r>
      <w:proofErr w:type="spellEnd"/>
      <w:r>
        <w:t xml:space="preserve"> podezřelých vzorcích absence s vámi škola zahájí jednání. Výstupem může být povinnost dokládat každou další absenci potvrzením od lékaře.</w:t>
      </w:r>
    </w:p>
    <w:p w14:paraId="604B1B4C" w14:textId="77777777" w:rsidR="00CB0687" w:rsidRDefault="00646E09">
      <w:pPr>
        <w:pStyle w:val="Seznamsodrkami"/>
        <w:spacing w:after="60"/>
      </w:pPr>
      <w:r>
        <w:rPr>
          <w:b/>
        </w:rPr>
        <w:t xml:space="preserve">Plánovaný odchod z vyučování: </w:t>
      </w:r>
      <w:r>
        <w:t>U žáků I. stupně je nutné osobní vyzvednutí rodičem. U žáků II. stupně odchod sám pouze na základě písemné žádosti v systému či formuláře po domluvě s učitelem.</w:t>
      </w:r>
    </w:p>
    <w:p w14:paraId="3C632BC5" w14:textId="77777777" w:rsidR="00CB0687" w:rsidRDefault="00646E09">
      <w:pPr>
        <w:pStyle w:val="Seznamsodrkami"/>
        <w:spacing w:after="60"/>
      </w:pPr>
      <w:r>
        <w:rPr>
          <w:b/>
        </w:rPr>
        <w:t xml:space="preserve">Náhlý odchod (nevolnost/úraz): </w:t>
      </w:r>
      <w:r>
        <w:t>Žáka I. i II. stupně si musíte v průběhu dne v případě nevolnosti vyzvednout osobně po domluvě s pedagogem.</w:t>
      </w:r>
    </w:p>
    <w:p w14:paraId="4392F364" w14:textId="447E84F8" w:rsidR="00CB0687" w:rsidRDefault="00646E09">
      <w:pPr>
        <w:pStyle w:val="Seznamsodrkami"/>
        <w:spacing w:after="60"/>
      </w:pPr>
      <w:proofErr w:type="spellStart"/>
      <w:r>
        <w:rPr>
          <w:b/>
        </w:rPr>
        <w:t>Plánovaná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delší</w:t>
      </w:r>
      <w:proofErr w:type="spellEnd"/>
      <w:r>
        <w:rPr>
          <w:b/>
        </w:rPr>
        <w:t xml:space="preserve"> absence</w:t>
      </w:r>
      <w:r w:rsidR="00896CEB" w:rsidRPr="00896CEB">
        <w:t xml:space="preserve"> </w:t>
      </w:r>
      <w:r w:rsidR="00896CEB" w:rsidRPr="00896CEB">
        <w:rPr>
          <w:b/>
        </w:rPr>
        <w:t>(</w:t>
      </w:r>
      <w:proofErr w:type="spellStart"/>
      <w:r w:rsidR="00896CEB" w:rsidRPr="00896CEB">
        <w:rPr>
          <w:b/>
        </w:rPr>
        <w:t>např</w:t>
      </w:r>
      <w:proofErr w:type="spellEnd"/>
      <w:r w:rsidR="00896CEB" w:rsidRPr="00896CEB">
        <w:rPr>
          <w:b/>
        </w:rPr>
        <w:t xml:space="preserve">. </w:t>
      </w:r>
      <w:proofErr w:type="spellStart"/>
      <w:r w:rsidR="00896CEB" w:rsidRPr="00896CEB">
        <w:rPr>
          <w:b/>
        </w:rPr>
        <w:t>rodinné</w:t>
      </w:r>
      <w:proofErr w:type="spellEnd"/>
      <w:r w:rsidR="00896CEB" w:rsidRPr="00896CEB">
        <w:rPr>
          <w:b/>
        </w:rPr>
        <w:t xml:space="preserve"> </w:t>
      </w:r>
      <w:proofErr w:type="spellStart"/>
      <w:r w:rsidR="00896CEB" w:rsidRPr="00896CEB">
        <w:rPr>
          <w:b/>
        </w:rPr>
        <w:t>důvody</w:t>
      </w:r>
      <w:proofErr w:type="spellEnd"/>
      <w:r w:rsidR="00896CEB" w:rsidRPr="00896CEB">
        <w:rPr>
          <w:b/>
        </w:rPr>
        <w:t xml:space="preserve">, </w:t>
      </w:r>
      <w:proofErr w:type="spellStart"/>
      <w:r w:rsidR="00896CEB" w:rsidRPr="00896CEB">
        <w:rPr>
          <w:b/>
        </w:rPr>
        <w:t>rekreace</w:t>
      </w:r>
      <w:proofErr w:type="spellEnd"/>
      <w:r w:rsidR="00896CEB" w:rsidRPr="00896CEB">
        <w:rPr>
          <w:b/>
        </w:rPr>
        <w:t xml:space="preserve">, </w:t>
      </w:r>
      <w:proofErr w:type="spellStart"/>
      <w:r w:rsidR="00896CEB" w:rsidRPr="00896CEB">
        <w:rPr>
          <w:b/>
        </w:rPr>
        <w:t>sportovní</w:t>
      </w:r>
      <w:proofErr w:type="spellEnd"/>
      <w:r w:rsidR="00896CEB" w:rsidRPr="00896CEB">
        <w:rPr>
          <w:b/>
        </w:rPr>
        <w:t xml:space="preserve"> </w:t>
      </w:r>
      <w:proofErr w:type="spellStart"/>
      <w:r w:rsidR="00896CEB" w:rsidRPr="00896CEB">
        <w:rPr>
          <w:b/>
        </w:rPr>
        <w:t>soustředění</w:t>
      </w:r>
      <w:proofErr w:type="spellEnd"/>
      <w:r w:rsidR="00896CEB" w:rsidRPr="00896CEB">
        <w:rPr>
          <w:b/>
        </w:rPr>
        <w:t>)</w:t>
      </w:r>
      <w:r>
        <w:rPr>
          <w:b/>
        </w:rPr>
        <w:t xml:space="preserve">: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podejte</w:t>
      </w:r>
      <w:proofErr w:type="spellEnd"/>
      <w:r>
        <w:t xml:space="preserve"> </w:t>
      </w:r>
      <w:proofErr w:type="spellStart"/>
      <w:r>
        <w:t>minimálně</w:t>
      </w:r>
      <w:proofErr w:type="spellEnd"/>
      <w:r>
        <w:t xml:space="preserve"> 2 dny předem: do 5 dnů uvolňuje třídní učitel, nad 5 dnů písemně ředitel školy (přes formulář Žádost o dlouhodobé uvolnění).</w:t>
      </w:r>
    </w:p>
    <w:p w14:paraId="77902076" w14:textId="77777777" w:rsidR="00CB0687" w:rsidRDefault="00646E09">
      <w:pPr>
        <w:keepNext/>
        <w:spacing w:before="200" w:after="80"/>
      </w:pPr>
      <w:r>
        <w:rPr>
          <w:b/>
          <w:color w:val="6699CC"/>
          <w:sz w:val="24"/>
        </w:rPr>
        <w:t>Polední přestávka a odchody</w:t>
      </w:r>
    </w:p>
    <w:p w14:paraId="6F3A469A" w14:textId="77777777" w:rsidR="00CB0687" w:rsidRDefault="00646E09">
      <w:pPr>
        <w:pStyle w:val="Seznamsodrkami"/>
        <w:spacing w:after="60"/>
      </w:pPr>
      <w:r>
        <w:rPr>
          <w:b/>
        </w:rPr>
        <w:t xml:space="preserve">Opuštění areálu: </w:t>
      </w:r>
      <w:r>
        <w:t>Žák může opustit areál během polední přestávky pouze na základě písemného souhlasu rodičů podepsaného na začátku školního roku. Tím přebíráte plnou odpovědnost.</w:t>
      </w:r>
    </w:p>
    <w:p w14:paraId="29B365FA" w14:textId="77777777" w:rsidR="00CB0687" w:rsidRDefault="00646E09">
      <w:pPr>
        <w:pStyle w:val="Seznamsodrkami"/>
        <w:spacing w:after="60"/>
      </w:pPr>
      <w:r>
        <w:rPr>
          <w:b/>
        </w:rPr>
        <w:t xml:space="preserve">Setrvání ve škole: </w:t>
      </w:r>
      <w:r>
        <w:t>Bez souhlasu musí žák zůstat v areálu a školní jídelně pod dohledem školy. Ve 14:00 musí být připraven u dolního vchodu.</w:t>
      </w:r>
    </w:p>
    <w:sectPr w:rsidR="00CB0687" w:rsidSect="00445027">
      <w:pgSz w:w="12240" w:h="15840"/>
      <w:pgMar w:top="1418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5027"/>
    <w:rsid w:val="00646E09"/>
    <w:rsid w:val="007B42BC"/>
    <w:rsid w:val="00896CEB"/>
    <w:rsid w:val="009B10CE"/>
    <w:rsid w:val="00AA1D8D"/>
    <w:rsid w:val="00B47730"/>
    <w:rsid w:val="00C75E20"/>
    <w:rsid w:val="00CB0664"/>
    <w:rsid w:val="00CB06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9196439-E5B5-4691-AA84-93E5E438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F49911-AE11-4B99-BF4A-873D796E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Slabyhoud Martin</cp:lastModifiedBy>
  <cp:revision>7</cp:revision>
  <dcterms:created xsi:type="dcterms:W3CDTF">2013-12-23T23:15:00Z</dcterms:created>
  <dcterms:modified xsi:type="dcterms:W3CDTF">2026-09-01T11:56:00Z</dcterms:modified>
  <cp:category/>
</cp:coreProperties>
</file>