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A5144" w14:textId="67095162" w:rsidR="009C22E4" w:rsidRDefault="00B1775D">
      <w:pPr>
        <w:spacing w:after="360"/>
        <w:jc w:val="center"/>
      </w:pPr>
      <w:r>
        <w:rPr>
          <w:rFonts w:ascii="Arial" w:hAnsi="Arial"/>
          <w:b/>
          <w:color w:val="003366"/>
          <w:sz w:val="36"/>
        </w:rPr>
        <w:t xml:space="preserve">ŠKOLNÍ ŘÁD </w:t>
      </w:r>
      <w:r w:rsidR="00D86A5F">
        <w:rPr>
          <w:rFonts w:ascii="Arial" w:hAnsi="Arial"/>
          <w:b/>
          <w:color w:val="003366"/>
          <w:sz w:val="36"/>
        </w:rPr>
        <w:t>DO</w:t>
      </w:r>
      <w:r>
        <w:rPr>
          <w:rFonts w:ascii="Arial" w:hAnsi="Arial"/>
          <w:b/>
          <w:color w:val="003366"/>
          <w:sz w:val="36"/>
        </w:rPr>
        <w:t xml:space="preserve"> KAPS</w:t>
      </w:r>
      <w:r w:rsidR="00D86A5F">
        <w:rPr>
          <w:rFonts w:ascii="Arial" w:hAnsi="Arial"/>
          <w:b/>
          <w:color w:val="003366"/>
          <w:sz w:val="36"/>
        </w:rPr>
        <w:t>Y (PRO ŽÁKY)</w:t>
      </w:r>
      <w:r>
        <w:rPr>
          <w:rFonts w:ascii="Arial" w:hAnsi="Arial"/>
          <w:b/>
          <w:color w:val="003366"/>
          <w:sz w:val="36"/>
        </w:rPr>
        <w:br/>
        <w:t>ZŠ J. A. Komenského, Karlovy Vary</w:t>
      </w:r>
    </w:p>
    <w:p w14:paraId="5F0C5C0B" w14:textId="77777777" w:rsidR="009C22E4" w:rsidRDefault="00B1775D">
      <w:pPr>
        <w:spacing w:before="240" w:after="120"/>
      </w:pPr>
      <w:r>
        <w:rPr>
          <w:rFonts w:ascii="Arial" w:hAnsi="Arial"/>
          <w:b/>
          <w:color w:val="003366"/>
          <w:sz w:val="32"/>
        </w:rPr>
        <w:t>ČÁST 1: MOJE PRÁVA A DENNÍ REŽIM</w:t>
      </w:r>
    </w:p>
    <w:p w14:paraId="7833F0A1" w14:textId="77777777" w:rsidR="009C22E4" w:rsidRDefault="00B1775D">
      <w:pPr>
        <w:spacing w:before="200" w:after="80"/>
      </w:pPr>
      <w:r>
        <w:rPr>
          <w:rFonts w:ascii="Arial" w:hAnsi="Arial"/>
          <w:b/>
          <w:color w:val="0066CC"/>
          <w:sz w:val="26"/>
        </w:rPr>
        <w:t>Moje práva ve škole</w:t>
      </w:r>
    </w:p>
    <w:p w14:paraId="7BA33A22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 xml:space="preserve">Máte právo na kvalitní vzdělávání, školní služby a informace o svých známkách </w:t>
      </w:r>
      <w:bookmarkStart w:id="0" w:name="_GoBack"/>
      <w:bookmarkEnd w:id="0"/>
      <w:r>
        <w:rPr>
          <w:rFonts w:ascii="Arial" w:hAnsi="Arial"/>
        </w:rPr>
        <w:t>a prospěchu.</w:t>
      </w:r>
    </w:p>
    <w:p w14:paraId="3FFA2F0D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 xml:space="preserve">Můžete zakládat samosprávné orgány žáků, volit do nich a </w:t>
      </w:r>
      <w:r>
        <w:rPr>
          <w:rFonts w:ascii="Arial" w:hAnsi="Arial"/>
        </w:rPr>
        <w:t>vyjadřovat se k záležitostem školy.</w:t>
      </w:r>
    </w:p>
    <w:p w14:paraId="7BEBD392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Máte právo na bezpečnost, ochranu před násilím, šikanou a diskriminací.</w:t>
      </w:r>
    </w:p>
    <w:p w14:paraId="21207DAE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O přestávkách máte právo na odpočinek a zajištění vhodných hygienických podmínek.</w:t>
      </w:r>
    </w:p>
    <w:p w14:paraId="76823694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Učitelé vám v případě potřeby poskytnou individuální pomoc a konzu</w:t>
      </w:r>
      <w:r>
        <w:rPr>
          <w:rFonts w:ascii="Arial" w:hAnsi="Arial"/>
        </w:rPr>
        <w:t>ltaci.</w:t>
      </w:r>
    </w:p>
    <w:p w14:paraId="7C74B8B5" w14:textId="77777777" w:rsidR="009C22E4" w:rsidRDefault="00B1775D">
      <w:pPr>
        <w:spacing w:before="200" w:after="80"/>
      </w:pPr>
      <w:r>
        <w:rPr>
          <w:rFonts w:ascii="Arial" w:hAnsi="Arial"/>
          <w:b/>
          <w:color w:val="0066CC"/>
          <w:sz w:val="26"/>
        </w:rPr>
        <w:t>Příchod do školy a vnitřní režim</w:t>
      </w:r>
    </w:p>
    <w:p w14:paraId="24DEFC27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Budova školy se pro žáky otevírá v 7:40. V učebně musíte být nejpozději v 7:55.</w:t>
      </w:r>
    </w:p>
    <w:p w14:paraId="197C3C83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Při každém vstupu i odchodu z budovy povinně používejte svůj školní čip.</w:t>
      </w:r>
    </w:p>
    <w:p w14:paraId="4E2A26FC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V šatních skříňkách si odložte svrchní oděv a venkovní obuv.</w:t>
      </w:r>
    </w:p>
    <w:p w14:paraId="422670A2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 xml:space="preserve">V </w:t>
      </w:r>
      <w:r>
        <w:rPr>
          <w:rFonts w:ascii="Arial" w:hAnsi="Arial"/>
        </w:rPr>
        <w:t>budově se přezouvejte do čistých, bezpečných přezůvek, které nedělají šmouhy (sportovní obuv není vhodná).</w:t>
      </w:r>
    </w:p>
    <w:p w14:paraId="57BBBD95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Po schodištích choďte vždy vpravo a z bezpečnostních důvodů se neopírejte o zábradlí.</w:t>
      </w:r>
    </w:p>
    <w:p w14:paraId="5864E8F3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Během malých přestávek se zdržujte v patře, kde vám začíná dalš</w:t>
      </w:r>
      <w:r>
        <w:rPr>
          <w:rFonts w:ascii="Arial" w:hAnsi="Arial"/>
        </w:rPr>
        <w:t>í hodina. V učebně buďte vždy nejpozději 1 minutu před zvoněním.</w:t>
      </w:r>
    </w:p>
    <w:p w14:paraId="32499ABB" w14:textId="77777777" w:rsidR="009C22E4" w:rsidRDefault="00B1775D">
      <w:pPr>
        <w:spacing w:before="200" w:after="80"/>
      </w:pPr>
      <w:r>
        <w:rPr>
          <w:rFonts w:ascii="Arial" w:hAnsi="Arial"/>
          <w:b/>
          <w:color w:val="0066CC"/>
          <w:sz w:val="26"/>
        </w:rPr>
        <w:t>Mobilní telefony a chytrá zařízení</w:t>
      </w:r>
    </w:p>
    <w:p w14:paraId="4CC1B35A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Mobilní telefony a jiná digitální zařízení (kromě chytrých hodinek) musíte mít během výuky uložené v batohu nebo uzamykatelné skříňce.</w:t>
      </w:r>
    </w:p>
    <w:p w14:paraId="3E0A5F1C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Všechna zařízení musí</w:t>
      </w:r>
      <w:r>
        <w:rPr>
          <w:rFonts w:ascii="Arial" w:hAnsi="Arial"/>
        </w:rPr>
        <w:t xml:space="preserve"> být zcela ztišena (vypnuté zvuky, vibrace i notifikace), ideálně v režimu „letadlo“.</w:t>
      </w:r>
    </w:p>
    <w:p w14:paraId="2EEF7FBA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Používat elektroniku smíte pouze s výslovným svolením učitele a k určenému účelu. Výjimkou jsou doložené zdravotní důvody nebo krizové situace.</w:t>
      </w:r>
    </w:p>
    <w:p w14:paraId="3503D225" w14:textId="77777777" w:rsidR="009C22E4" w:rsidRDefault="00B1775D">
      <w:r>
        <w:br w:type="page"/>
      </w:r>
    </w:p>
    <w:p w14:paraId="6EA1AB88" w14:textId="77777777" w:rsidR="009C22E4" w:rsidRDefault="00B1775D">
      <w:pPr>
        <w:spacing w:before="240" w:after="120"/>
      </w:pPr>
      <w:r>
        <w:rPr>
          <w:rFonts w:ascii="Arial" w:hAnsi="Arial"/>
          <w:b/>
          <w:color w:val="003366"/>
          <w:sz w:val="32"/>
        </w:rPr>
        <w:lastRenderedPageBreak/>
        <w:t xml:space="preserve">ČÁST 2: ZÁKAZY, ABSENCE </w:t>
      </w:r>
      <w:r>
        <w:rPr>
          <w:rFonts w:ascii="Arial" w:hAnsi="Arial"/>
          <w:b/>
          <w:color w:val="003366"/>
          <w:sz w:val="32"/>
        </w:rPr>
        <w:t>A BEZPEČNOST</w:t>
      </w:r>
    </w:p>
    <w:p w14:paraId="4B3E754B" w14:textId="77777777" w:rsidR="009C22E4" w:rsidRDefault="00B1775D">
      <w:pPr>
        <w:spacing w:before="200" w:after="80"/>
      </w:pPr>
      <w:r>
        <w:rPr>
          <w:rFonts w:ascii="Arial" w:hAnsi="Arial"/>
          <w:b/>
          <w:color w:val="0066CC"/>
          <w:sz w:val="26"/>
        </w:rPr>
        <w:t>Co je ve škole přísně zakázáno</w:t>
      </w:r>
    </w:p>
    <w:p w14:paraId="3626A5DF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Je zakázáno vnášet, uchovávat nebo distribuovat tabák, elektronické cigarety, alkohol, omamné látky a psychoaktivní produkty (včetně látek jako kratom či HHC).</w:t>
      </w:r>
    </w:p>
    <w:p w14:paraId="03B63DDF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Bez souhlasu učitele nesmíte pořizovat žádné audiozá</w:t>
      </w:r>
      <w:r>
        <w:rPr>
          <w:rFonts w:ascii="Arial" w:hAnsi="Arial"/>
        </w:rPr>
        <w:t>znamy, videa ani fotografie.</w:t>
      </w:r>
    </w:p>
    <w:p w14:paraId="01705009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Jídlo konzumujte pouze o přestávkách, během vyučovacích hodin je konzumace zakázána.</w:t>
      </w:r>
    </w:p>
    <w:p w14:paraId="4CBB0957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Do školy nenoste věci, které nesouvisejí s výukou. Pokud je přinesete, pak pouze na vlastní odpovědnost.</w:t>
      </w:r>
    </w:p>
    <w:p w14:paraId="3E621E8E" w14:textId="77777777" w:rsidR="009C22E4" w:rsidRDefault="00B1775D">
      <w:pPr>
        <w:spacing w:before="200" w:after="80"/>
      </w:pPr>
      <w:r>
        <w:rPr>
          <w:rFonts w:ascii="Arial" w:hAnsi="Arial"/>
          <w:b/>
          <w:color w:val="0066CC"/>
          <w:sz w:val="26"/>
        </w:rPr>
        <w:t>Omlouvání neúčasti a odchody ze školy</w:t>
      </w:r>
    </w:p>
    <w:p w14:paraId="553B0B9F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Každou absenci musí vaši zákonní zástupci omluvit standardním postupem nejpozději do 3 kalendářních dnů od začátku nepřítomnosti.</w:t>
      </w:r>
    </w:p>
    <w:p w14:paraId="5539AB07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Po návratu do školy jste povinni si neprodleně doplnit základní učivo za dobu své nepřítomnosti.</w:t>
      </w:r>
    </w:p>
    <w:p w14:paraId="20630456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Opustit areál školy během po</w:t>
      </w:r>
      <w:r>
        <w:rPr>
          <w:rFonts w:ascii="Arial" w:hAnsi="Arial"/>
        </w:rPr>
        <w:t>lední přestávky před odpoledním vyučováním můžete pouze tehdy, pokud má škola písemný souhlas vašich rodičů. V opačném případě musíte zůstat v areálu školy a jídelny. Ve 14:00 buďte připraveni u dolního vchodu školy.</w:t>
      </w:r>
    </w:p>
    <w:p w14:paraId="11AA1416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Po skončení vyučování nebo po obědě v j</w:t>
      </w:r>
      <w:r>
        <w:rPr>
          <w:rFonts w:ascii="Arial" w:hAnsi="Arial"/>
        </w:rPr>
        <w:t>ídelně musíte neprodleně opustit areál školy.</w:t>
      </w:r>
    </w:p>
    <w:p w14:paraId="44D1565A" w14:textId="77777777" w:rsidR="009C22E4" w:rsidRDefault="00B1775D">
      <w:pPr>
        <w:spacing w:before="200" w:after="80"/>
      </w:pPr>
      <w:r>
        <w:rPr>
          <w:rFonts w:ascii="Arial" w:hAnsi="Arial"/>
          <w:b/>
          <w:color w:val="0066CC"/>
          <w:sz w:val="26"/>
        </w:rPr>
        <w:t>Bezpečnost, majetek a řešení problémů</w:t>
      </w:r>
    </w:p>
    <w:p w14:paraId="2DEA83AD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Chovejte se podle pravidel: Bezpečí – Respekt – Spolupráce – Odpovědnost. Respektujte spolužáky i zaměstnance školy.</w:t>
      </w:r>
    </w:p>
    <w:p w14:paraId="18CA5A8B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Každý úraz, poranění nebo nehodu (svou i spolužáka) oka</w:t>
      </w:r>
      <w:r>
        <w:rPr>
          <w:rFonts w:ascii="Arial" w:hAnsi="Arial"/>
        </w:rPr>
        <w:t>mžitě nahlaste pedagogickému dohledu. První pomoc zajišťuje sekretariát školy.</w:t>
      </w:r>
    </w:p>
    <w:p w14:paraId="2600400B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Jakékoliv projevy hrubosti, šikany nebo rizikového chování ihned nahlaste učitelům.</w:t>
      </w:r>
    </w:p>
    <w:p w14:paraId="72A5ACA7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Šetrně zacházejte s učebnicemi, školním nábytkem i technikou. Pokud způsobíte škodu, podílíte</w:t>
      </w:r>
      <w:r>
        <w:rPr>
          <w:rFonts w:ascii="Arial" w:hAnsi="Arial"/>
        </w:rPr>
        <w:t xml:space="preserve"> se na její opravě nebo finanční náhradě.</w:t>
      </w:r>
    </w:p>
    <w:p w14:paraId="58DD6785" w14:textId="77777777" w:rsidR="009C22E4" w:rsidRDefault="00B1775D">
      <w:pPr>
        <w:pStyle w:val="Seznamsodrkami"/>
        <w:spacing w:after="60"/>
      </w:pPr>
      <w:r>
        <w:rPr>
          <w:rFonts w:ascii="Arial" w:hAnsi="Arial"/>
        </w:rPr>
        <w:t>Ztrátu školního čipu ihned nahlaste na sekretariátu školy, aby mohl být zablokován. Nový čip si musíte pořídit na vlastní náklady.</w:t>
      </w:r>
    </w:p>
    <w:sectPr w:rsidR="009C22E4" w:rsidSect="00B1775D">
      <w:pgSz w:w="12240" w:h="15840"/>
      <w:pgMar w:top="1702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C22E4"/>
    <w:rsid w:val="00AA1D8D"/>
    <w:rsid w:val="00B1775D"/>
    <w:rsid w:val="00B47730"/>
    <w:rsid w:val="00CB0664"/>
    <w:rsid w:val="00D86A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D1FD309-F002-4D79-900F-659536F9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995B01-072D-4A6F-9E88-2BA28A4D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Slabyhoud Martin</cp:lastModifiedBy>
  <cp:revision>3</cp:revision>
  <dcterms:created xsi:type="dcterms:W3CDTF">2013-12-23T23:15:00Z</dcterms:created>
  <dcterms:modified xsi:type="dcterms:W3CDTF">2026-09-01T06:03:00Z</dcterms:modified>
  <cp:category/>
</cp:coreProperties>
</file>